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C1795" w14:textId="77777777" w:rsidR="00273FC5" w:rsidRDefault="004A3643">
      <w:pPr>
        <w:pStyle w:val="Title"/>
      </w:pPr>
      <w:r>
        <w:t>Application for Full-Time Nurse Position</w:t>
      </w:r>
    </w:p>
    <w:p w14:paraId="60018705" w14:textId="77777777" w:rsidR="00273FC5" w:rsidRDefault="004A3643">
      <w:r>
        <w:t>Name: __________________________________________ Daytime Phone: __________________</w:t>
      </w:r>
    </w:p>
    <w:p w14:paraId="35A5A721" w14:textId="77777777" w:rsidR="00273FC5" w:rsidRDefault="004A3643">
      <w:r>
        <w:t>Address: ________________________________________ Evening Phone: ___________________</w:t>
      </w:r>
    </w:p>
    <w:p w14:paraId="2F096E70" w14:textId="77777777" w:rsidR="00273FC5" w:rsidRDefault="004A3643">
      <w:r>
        <w:t>City: ______________________________ State: ________ Zip: __________</w:t>
      </w:r>
    </w:p>
    <w:p w14:paraId="17DE832D" w14:textId="77777777" w:rsidR="00273FC5" w:rsidRDefault="004A3643">
      <w:r>
        <w:t>Email address: ____________________________________</w:t>
      </w:r>
    </w:p>
    <w:p w14:paraId="4E5B0992" w14:textId="77777777" w:rsidR="00273FC5" w:rsidRDefault="00273FC5"/>
    <w:p w14:paraId="158B1709" w14:textId="77777777" w:rsidR="00273FC5" w:rsidRDefault="004A3643">
      <w:r>
        <w:t>1. Please explain your interest in serving as a nurse at Assurance for Life, Inc. (“Assurance”):</w:t>
      </w:r>
    </w:p>
    <w:p w14:paraId="13FF6474" w14:textId="77777777" w:rsidR="00273FC5" w:rsidRDefault="00273FC5"/>
    <w:p w14:paraId="47BD61C0" w14:textId="77777777" w:rsidR="00273FC5" w:rsidRDefault="004A3643">
      <w:r>
        <w:t>______________________________________________________________</w:t>
      </w:r>
    </w:p>
    <w:p w14:paraId="475BD1A6" w14:textId="77777777" w:rsidR="00273FC5" w:rsidRDefault="00273FC5"/>
    <w:p w14:paraId="2886B169" w14:textId="77777777" w:rsidR="00273FC5" w:rsidRDefault="004A3643">
      <w:r>
        <w:t>2. Do you have any experience in sonography?</w:t>
      </w:r>
    </w:p>
    <w:p w14:paraId="5250D665" w14:textId="77777777" w:rsidR="00273FC5" w:rsidRDefault="004A3643">
      <w:r>
        <w:t>If yes, please describe.</w:t>
      </w:r>
    </w:p>
    <w:p w14:paraId="023DC4F3" w14:textId="77777777" w:rsidR="00273FC5" w:rsidRDefault="00273FC5"/>
    <w:p w14:paraId="16B9531B" w14:textId="77777777" w:rsidR="00273FC5" w:rsidRDefault="004A3643">
      <w:r>
        <w:t>______________________________________________________________</w:t>
      </w:r>
    </w:p>
    <w:p w14:paraId="5EB5E875" w14:textId="77777777" w:rsidR="00273FC5" w:rsidRDefault="00273FC5"/>
    <w:p w14:paraId="03A3C373" w14:textId="77777777" w:rsidR="00273FC5" w:rsidRDefault="004A3643">
      <w:r>
        <w:t>If no, classroom and hands-on training including many practice scans will be provided before you would be expected to scan clients.</w:t>
      </w:r>
    </w:p>
    <w:p w14:paraId="3C8DB851" w14:textId="77777777" w:rsidR="00273FC5" w:rsidRDefault="00273FC5"/>
    <w:p w14:paraId="23E4D557" w14:textId="77777777" w:rsidR="00273FC5" w:rsidRDefault="004A3643">
      <w:r>
        <w:t>Please share what other experiences you have that would indicate you possess the qualities important to sonography like being able to multi-task; strong computer skills; good hand and eye coordination; and communicating with clients while performing skilled medical services.</w:t>
      </w:r>
    </w:p>
    <w:p w14:paraId="1CD94340" w14:textId="77777777" w:rsidR="00273FC5" w:rsidRDefault="00273FC5"/>
    <w:p w14:paraId="55F59D27" w14:textId="77777777" w:rsidR="00273FC5" w:rsidRDefault="004A3643">
      <w:r>
        <w:t>______________________________________________________________</w:t>
      </w:r>
    </w:p>
    <w:p w14:paraId="4A9AD621" w14:textId="77777777" w:rsidR="00273FC5" w:rsidRDefault="00273FC5"/>
    <w:p w14:paraId="31159E95" w14:textId="77777777" w:rsidR="00273FC5" w:rsidRDefault="004A3643">
      <w:r>
        <w:lastRenderedPageBreak/>
        <w:t>3. Do you have any experience in testing or treatment of sexually transmitted infections? If yes, please describe.</w:t>
      </w:r>
    </w:p>
    <w:p w14:paraId="257197DE" w14:textId="77777777" w:rsidR="00273FC5" w:rsidRDefault="00273FC5"/>
    <w:p w14:paraId="11DBDC0B" w14:textId="77777777" w:rsidR="00273FC5" w:rsidRDefault="004A3643">
      <w:r>
        <w:t>______________________________________________________________</w:t>
      </w:r>
    </w:p>
    <w:p w14:paraId="3A9554E8" w14:textId="77777777" w:rsidR="00273FC5" w:rsidRDefault="00273FC5"/>
    <w:p w14:paraId="0DE729FE" w14:textId="77777777" w:rsidR="00273FC5" w:rsidRDefault="004A3643">
      <w:r>
        <w:t>4. Training in specific best practices in this field would be provided, but please describe the general approach you would take in providing medical services to a woman considering abortion?</w:t>
      </w:r>
    </w:p>
    <w:p w14:paraId="7842A35A" w14:textId="77777777" w:rsidR="00273FC5" w:rsidRDefault="00273FC5"/>
    <w:p w14:paraId="2F81A8BC" w14:textId="77777777" w:rsidR="00273FC5" w:rsidRDefault="004A3643">
      <w:r>
        <w:t>______________________________________________________________</w:t>
      </w:r>
    </w:p>
    <w:p w14:paraId="1C3303A6" w14:textId="77777777" w:rsidR="00273FC5" w:rsidRDefault="00273FC5"/>
    <w:p w14:paraId="6C1FB87D" w14:textId="77777777" w:rsidR="00273FC5" w:rsidRDefault="004A3643">
      <w:r>
        <w:t>5. What special skills, talents, gifts, or personality traits beyond your nursing skills and experience, would you contribute to this ministry?</w:t>
      </w:r>
    </w:p>
    <w:p w14:paraId="17F594AA" w14:textId="77777777" w:rsidR="00273FC5" w:rsidRDefault="00273FC5"/>
    <w:p w14:paraId="4354FDF9" w14:textId="77777777" w:rsidR="00273FC5" w:rsidRDefault="004A3643">
      <w:r>
        <w:t>______________________________________________________________</w:t>
      </w:r>
    </w:p>
    <w:p w14:paraId="2EA0067C" w14:textId="77777777" w:rsidR="00273FC5" w:rsidRDefault="00273FC5"/>
    <w:p w14:paraId="4C259265" w14:textId="77777777" w:rsidR="00273FC5" w:rsidRDefault="004A3643">
      <w:r>
        <w:t>6. What would you say are your strengths and weaknesses?</w:t>
      </w:r>
    </w:p>
    <w:p w14:paraId="586E143E" w14:textId="77777777" w:rsidR="00273FC5" w:rsidRDefault="00273FC5"/>
    <w:p w14:paraId="120B696A" w14:textId="77777777" w:rsidR="00273FC5" w:rsidRDefault="004A3643">
      <w:r>
        <w:t>______________________________________________________________</w:t>
      </w:r>
    </w:p>
    <w:p w14:paraId="5AD7C7A5" w14:textId="77777777" w:rsidR="00273FC5" w:rsidRDefault="00273FC5"/>
    <w:p w14:paraId="2312F15D" w14:textId="77777777" w:rsidR="00273FC5" w:rsidRDefault="004A3643">
      <w:r>
        <w:t>7. How do you manage conflict with others? Give a specific example.</w:t>
      </w:r>
    </w:p>
    <w:p w14:paraId="28C25042" w14:textId="77777777" w:rsidR="00273FC5" w:rsidRDefault="00273FC5"/>
    <w:p w14:paraId="418DB4CA" w14:textId="77777777" w:rsidR="00273FC5" w:rsidRDefault="004A3643">
      <w:r>
        <w:t>______________________________________________________________</w:t>
      </w:r>
    </w:p>
    <w:p w14:paraId="745D87CA" w14:textId="77777777" w:rsidR="00273FC5" w:rsidRDefault="00273FC5"/>
    <w:p w14:paraId="443CEFB0" w14:textId="77777777" w:rsidR="004A3643" w:rsidRDefault="004A3643"/>
    <w:p w14:paraId="2EC02239" w14:textId="77777777" w:rsidR="004A3643" w:rsidRDefault="004A3643"/>
    <w:p w14:paraId="432F4B7D" w14:textId="70C41E02" w:rsidR="00273FC5" w:rsidRDefault="004A3643">
      <w:r>
        <w:lastRenderedPageBreak/>
        <w:t>8. How would you assess your knowledge of the biblical teaching on the sanctity of human life?</w:t>
      </w:r>
    </w:p>
    <w:p w14:paraId="086FE509" w14:textId="77777777" w:rsidR="00273FC5" w:rsidRDefault="00273FC5"/>
    <w:p w14:paraId="47B24FF4" w14:textId="77777777" w:rsidR="00273FC5" w:rsidRDefault="004A3643">
      <w:r>
        <w:t>______________________________________________________________</w:t>
      </w:r>
    </w:p>
    <w:p w14:paraId="1EB21AA2" w14:textId="77777777" w:rsidR="00273FC5" w:rsidRDefault="00273FC5"/>
    <w:p w14:paraId="31B48E45" w14:textId="77777777" w:rsidR="00273FC5" w:rsidRDefault="004A3643">
      <w:r>
        <w:t>9. Under what circumstance, if any, is abortion justifiable in your opinion? Explain.</w:t>
      </w:r>
    </w:p>
    <w:p w14:paraId="76C2C99A" w14:textId="77777777" w:rsidR="00273FC5" w:rsidRDefault="00273FC5"/>
    <w:p w14:paraId="29BCFF4D" w14:textId="77777777" w:rsidR="00273FC5" w:rsidRDefault="004A3643">
      <w:r>
        <w:t>______________________________________________________________</w:t>
      </w:r>
    </w:p>
    <w:p w14:paraId="529AE53E" w14:textId="77777777" w:rsidR="00273FC5" w:rsidRDefault="00273FC5"/>
    <w:p w14:paraId="1B59652D" w14:textId="77777777" w:rsidR="00273FC5" w:rsidRDefault="004A3643">
      <w:r>
        <w:t>10. When do you feel sexual intercourse is morally permissible? Explain.</w:t>
      </w:r>
    </w:p>
    <w:p w14:paraId="4F8B272B" w14:textId="77777777" w:rsidR="00273FC5" w:rsidRDefault="00273FC5"/>
    <w:p w14:paraId="286A82D3" w14:textId="77777777" w:rsidR="00273FC5" w:rsidRDefault="004A3643">
      <w:r>
        <w:t>______________________________________________________________</w:t>
      </w:r>
    </w:p>
    <w:p w14:paraId="1929A934" w14:textId="77777777" w:rsidR="00273FC5" w:rsidRDefault="00273FC5"/>
    <w:p w14:paraId="6E4CED7B" w14:textId="77777777" w:rsidR="00273FC5" w:rsidRDefault="004A3643">
      <w:r>
        <w:t>11. Are you uncomfortable with any aspect of the Center’s Statement of Faith or Statement of Principle</w:t>
      </w:r>
    </w:p>
    <w:p w14:paraId="183F6D5D" w14:textId="77777777" w:rsidR="00273FC5" w:rsidRDefault="00273FC5"/>
    <w:p w14:paraId="54534EFE" w14:textId="77777777" w:rsidR="00273FC5" w:rsidRDefault="004A3643">
      <w:r>
        <w:t>Yes ________ No ________ If yes, please explain.</w:t>
      </w:r>
    </w:p>
    <w:p w14:paraId="1B0A47AF" w14:textId="77777777" w:rsidR="00273FC5" w:rsidRDefault="00273FC5"/>
    <w:p w14:paraId="746CBD24" w14:textId="77777777" w:rsidR="00273FC5" w:rsidRDefault="004A3643">
      <w:r>
        <w:t>______________________________________________________________</w:t>
      </w:r>
    </w:p>
    <w:p w14:paraId="0AA1139B" w14:textId="77777777" w:rsidR="00273FC5" w:rsidRDefault="00273FC5"/>
    <w:p w14:paraId="6079C8CB" w14:textId="77777777" w:rsidR="00273FC5" w:rsidRDefault="004A3643">
      <w:r>
        <w:t>12. Give a brief statement of how you came to know Christ as your Lord and Savior.</w:t>
      </w:r>
    </w:p>
    <w:p w14:paraId="3B190962" w14:textId="77777777" w:rsidR="00273FC5" w:rsidRDefault="00273FC5"/>
    <w:p w14:paraId="4A89D52F" w14:textId="77777777" w:rsidR="00273FC5" w:rsidRDefault="004A3643">
      <w:r>
        <w:t>______________________________________________________________</w:t>
      </w:r>
    </w:p>
    <w:p w14:paraId="24C44B16" w14:textId="77777777" w:rsidR="00273FC5" w:rsidRDefault="00273FC5"/>
    <w:p w14:paraId="06920221" w14:textId="77777777" w:rsidR="004A3643" w:rsidRDefault="004A3643"/>
    <w:p w14:paraId="7E6009B7" w14:textId="77777777" w:rsidR="004A3643" w:rsidRDefault="004A3643"/>
    <w:p w14:paraId="19814AC2" w14:textId="2A684D09" w:rsidR="00273FC5" w:rsidRDefault="004A3643">
      <w:r>
        <w:lastRenderedPageBreak/>
        <w:t>13. How has your life changed since you came to know Christ as your Savior?</w:t>
      </w:r>
    </w:p>
    <w:p w14:paraId="101DBE0F" w14:textId="77777777" w:rsidR="00273FC5" w:rsidRDefault="00273FC5"/>
    <w:p w14:paraId="60110729" w14:textId="77777777" w:rsidR="00273FC5" w:rsidRDefault="004A3643">
      <w:r>
        <w:t>______________________________________________________________</w:t>
      </w:r>
    </w:p>
    <w:p w14:paraId="084C9534" w14:textId="77777777" w:rsidR="00273FC5" w:rsidRDefault="00273FC5"/>
    <w:p w14:paraId="7D048F2E" w14:textId="77777777" w:rsidR="00273FC5" w:rsidRDefault="004A3643">
      <w:r>
        <w:t>14. Please provide the following information about your church:</w:t>
      </w:r>
    </w:p>
    <w:p w14:paraId="32F5C6C1" w14:textId="77777777" w:rsidR="00273FC5" w:rsidRDefault="00273FC5"/>
    <w:p w14:paraId="19D6BB73" w14:textId="77777777" w:rsidR="00273FC5" w:rsidRDefault="004A3643">
      <w:r>
        <w:t>Church name: ________________________________</w:t>
      </w:r>
    </w:p>
    <w:p w14:paraId="5DE1DC61" w14:textId="77777777" w:rsidR="00273FC5" w:rsidRDefault="004A3643">
      <w:r>
        <w:t>Phone: __________________________</w:t>
      </w:r>
    </w:p>
    <w:p w14:paraId="3CD05885" w14:textId="77777777" w:rsidR="00273FC5" w:rsidRDefault="00273FC5"/>
    <w:p w14:paraId="1FE0B3A5" w14:textId="77777777" w:rsidR="00273FC5" w:rsidRDefault="004A3643">
      <w:r>
        <w:t>Address: ______________________________________________</w:t>
      </w:r>
    </w:p>
    <w:p w14:paraId="0A5885CE" w14:textId="77777777" w:rsidR="00273FC5" w:rsidRDefault="00273FC5"/>
    <w:p w14:paraId="0111E08B" w14:textId="77777777" w:rsidR="00273FC5" w:rsidRDefault="004A3643">
      <w:r>
        <w:t>Senior Pastor: ________________________________</w:t>
      </w:r>
    </w:p>
    <w:p w14:paraId="25DFEA85" w14:textId="77777777" w:rsidR="00273FC5" w:rsidRDefault="00273FC5"/>
    <w:p w14:paraId="1A34C8BC" w14:textId="77777777" w:rsidR="00273FC5" w:rsidRDefault="004A3643">
      <w:r>
        <w:t>Denominational ties, if any: ________________________________</w:t>
      </w:r>
    </w:p>
    <w:p w14:paraId="7605A029" w14:textId="77777777" w:rsidR="00273FC5" w:rsidRDefault="00273FC5"/>
    <w:p w14:paraId="50DE2E81" w14:textId="77777777" w:rsidR="00273FC5" w:rsidRDefault="004A3643">
      <w:r>
        <w:t>How is God using you in your current church?</w:t>
      </w:r>
    </w:p>
    <w:p w14:paraId="76AAF8C8" w14:textId="77777777" w:rsidR="00273FC5" w:rsidRDefault="00273FC5"/>
    <w:p w14:paraId="1816FC68" w14:textId="77777777" w:rsidR="00273FC5" w:rsidRDefault="004A3643">
      <w:r>
        <w:t>______________________________________________________________</w:t>
      </w:r>
    </w:p>
    <w:p w14:paraId="44DDDD0D" w14:textId="77777777" w:rsidR="00273FC5" w:rsidRDefault="00273FC5"/>
    <w:p w14:paraId="0E760934" w14:textId="77777777" w:rsidR="00273FC5" w:rsidRDefault="004A3643">
      <w:r>
        <w:t>What hourly pay range might you expect (do not reply “negotiable”)?</w:t>
      </w:r>
    </w:p>
    <w:p w14:paraId="614BBC52" w14:textId="77777777" w:rsidR="00273FC5" w:rsidRDefault="00273FC5"/>
    <w:p w14:paraId="31848AFA" w14:textId="77777777" w:rsidR="00273FC5" w:rsidRDefault="004A3643">
      <w:r>
        <w:t>______________________________________________________________</w:t>
      </w:r>
    </w:p>
    <w:p w14:paraId="44D475F5" w14:textId="77777777" w:rsidR="00273FC5" w:rsidRDefault="00273FC5"/>
    <w:p w14:paraId="4C8BFF1E" w14:textId="77777777" w:rsidR="004A3643" w:rsidRDefault="004A3643"/>
    <w:p w14:paraId="3BFBD914" w14:textId="77777777" w:rsidR="004A3643" w:rsidRDefault="004A3643"/>
    <w:p w14:paraId="25BE0961" w14:textId="31C70AF3" w:rsidR="00273FC5" w:rsidRDefault="004A3643">
      <w:r>
        <w:lastRenderedPageBreak/>
        <w:t>References:</w:t>
      </w:r>
    </w:p>
    <w:p w14:paraId="067A8BC2" w14:textId="77777777" w:rsidR="00273FC5" w:rsidRDefault="00273FC5"/>
    <w:p w14:paraId="265049D3" w14:textId="77777777" w:rsidR="00273FC5" w:rsidRDefault="004A3643">
      <w:r>
        <w:t>Name: __________________ Relationship: __________________</w:t>
      </w:r>
    </w:p>
    <w:p w14:paraId="712CEDE7" w14:textId="77777777" w:rsidR="00273FC5" w:rsidRDefault="004A3643">
      <w:r>
        <w:t>Address: ______________________________________________</w:t>
      </w:r>
    </w:p>
    <w:p w14:paraId="63AFB758" w14:textId="77777777" w:rsidR="00273FC5" w:rsidRDefault="004A3643">
      <w:r>
        <w:t>Phone Number: __________________ Email address: __________________</w:t>
      </w:r>
    </w:p>
    <w:p w14:paraId="671991B2" w14:textId="77777777" w:rsidR="00273FC5" w:rsidRDefault="00273FC5"/>
    <w:p w14:paraId="5AF734A0" w14:textId="77777777" w:rsidR="00273FC5" w:rsidRDefault="004A3643">
      <w:r>
        <w:t>Name: __________________ Relationship: __________________</w:t>
      </w:r>
    </w:p>
    <w:p w14:paraId="58AACB98" w14:textId="77777777" w:rsidR="00273FC5" w:rsidRDefault="004A3643">
      <w:r>
        <w:t>Address: ______________________________________________</w:t>
      </w:r>
    </w:p>
    <w:p w14:paraId="2B516E85" w14:textId="77777777" w:rsidR="00273FC5" w:rsidRDefault="004A3643">
      <w:r>
        <w:t>Phone Number: __________________ Email address: __________________</w:t>
      </w:r>
    </w:p>
    <w:p w14:paraId="6E09B829" w14:textId="77777777" w:rsidR="00273FC5" w:rsidRDefault="00273FC5"/>
    <w:p w14:paraId="05EAE08E" w14:textId="77777777" w:rsidR="00273FC5" w:rsidRDefault="004A3643">
      <w:r>
        <w:t>Name: __________________ Relationship: __________________</w:t>
      </w:r>
    </w:p>
    <w:p w14:paraId="1EB54B2E" w14:textId="77777777" w:rsidR="00273FC5" w:rsidRDefault="004A3643">
      <w:r>
        <w:t>Address: ______________________________________________</w:t>
      </w:r>
    </w:p>
    <w:p w14:paraId="2C11E1E7" w14:textId="77777777" w:rsidR="00273FC5" w:rsidRDefault="004A3643">
      <w:r>
        <w:t>Phone Number: __________________ Email address: __________________</w:t>
      </w:r>
    </w:p>
    <w:p w14:paraId="45142B9E" w14:textId="77777777" w:rsidR="00273FC5" w:rsidRDefault="00273FC5"/>
    <w:p w14:paraId="31DA17ED" w14:textId="77777777" w:rsidR="00273FC5" w:rsidRDefault="004A3643">
      <w:r>
        <w:t>Name: __________________ Relationship: __________________</w:t>
      </w:r>
    </w:p>
    <w:p w14:paraId="16D4BC89" w14:textId="77777777" w:rsidR="00273FC5" w:rsidRDefault="004A3643">
      <w:r>
        <w:t>Address: ______________________________________________</w:t>
      </w:r>
    </w:p>
    <w:p w14:paraId="7A519AA6" w14:textId="77777777" w:rsidR="00273FC5" w:rsidRDefault="004A3643">
      <w:r>
        <w:t>Phone Number: __________________ Email address: __________________</w:t>
      </w:r>
    </w:p>
    <w:p w14:paraId="27A6CC11" w14:textId="77777777" w:rsidR="00273FC5" w:rsidRDefault="00273FC5"/>
    <w:p w14:paraId="44EF6218" w14:textId="77777777" w:rsidR="00273FC5" w:rsidRDefault="004A3643">
      <w:r>
        <w:t>APPLICANT’S CERTIFICATION AND AGREEMENT</w:t>
      </w:r>
    </w:p>
    <w:p w14:paraId="2E931C38" w14:textId="77777777" w:rsidR="00273FC5" w:rsidRDefault="00273FC5"/>
    <w:p w14:paraId="5CAE6097" w14:textId="77777777" w:rsidR="00273FC5" w:rsidRDefault="004A3643">
      <w:r>
        <w:t>I certify that the facts set forth in this employment application are true and complete to the best of my knowledge, and I authorize Assurance to verify their accuracy and obtain reference information.</w:t>
      </w:r>
    </w:p>
    <w:p w14:paraId="28BC6F4D" w14:textId="77777777" w:rsidR="00273FC5" w:rsidRDefault="00273FC5"/>
    <w:p w14:paraId="6006ACC5" w14:textId="77777777" w:rsidR="00273FC5" w:rsidRDefault="004A3643">
      <w:r>
        <w:t>Signature of Applicant: __________________ Date: __________________</w:t>
      </w:r>
    </w:p>
    <w:p w14:paraId="7B1EEC90" w14:textId="77777777" w:rsidR="00273FC5" w:rsidRDefault="00273FC5"/>
    <w:p w14:paraId="6C6638D6" w14:textId="77777777" w:rsidR="00273FC5" w:rsidRDefault="004A3643">
      <w:r>
        <w:lastRenderedPageBreak/>
        <w:t>Application Process:</w:t>
      </w:r>
    </w:p>
    <w:p w14:paraId="289F5292" w14:textId="77777777" w:rsidR="00273FC5" w:rsidRDefault="00273FC5"/>
    <w:p w14:paraId="032F6304" w14:textId="77777777" w:rsidR="00273FC5" w:rsidRDefault="004A3643">
      <w:r>
        <w:t>Please submit cover letter, application, resume, and references to:</w:t>
      </w:r>
    </w:p>
    <w:p w14:paraId="4BF637DD" w14:textId="77777777" w:rsidR="00273FC5" w:rsidRDefault="00273FC5"/>
    <w:p w14:paraId="3FCA07F5" w14:textId="30E8CD4D" w:rsidR="00273FC5" w:rsidRDefault="004A3643">
      <w:r>
        <w:t>aaron</w:t>
      </w:r>
      <w:r>
        <w:t>@assurancecare.org</w:t>
      </w:r>
    </w:p>
    <w:p w14:paraId="44A01759" w14:textId="77777777" w:rsidR="00273FC5" w:rsidRDefault="00273FC5"/>
    <w:p w14:paraId="4CAC86E6" w14:textId="77777777" w:rsidR="00273FC5" w:rsidRDefault="004A3643">
      <w:r>
        <w:t>Or</w:t>
      </w:r>
    </w:p>
    <w:p w14:paraId="11C01008" w14:textId="77777777" w:rsidR="00273FC5" w:rsidRDefault="00273FC5"/>
    <w:p w14:paraId="1033BAA8" w14:textId="77777777" w:rsidR="00273FC5" w:rsidRDefault="004A3643">
      <w:r>
        <w:t>Assurance for Life</w:t>
      </w:r>
    </w:p>
    <w:p w14:paraId="2B8C77E7" w14:textId="7E4C1613" w:rsidR="00273FC5" w:rsidRDefault="004A3643">
      <w:r>
        <w:t>Attn: Aaron Bullock</w:t>
      </w:r>
    </w:p>
    <w:p w14:paraId="46E0AD96" w14:textId="77777777" w:rsidR="00273FC5" w:rsidRDefault="004A3643">
      <w:r>
        <w:t>1517 Nicholasville Rd., Suite 405</w:t>
      </w:r>
    </w:p>
    <w:p w14:paraId="4FFD96BD" w14:textId="63419235" w:rsidR="00273FC5" w:rsidRDefault="004A3643">
      <w:r>
        <w:t>Lexington, KY 40503</w:t>
      </w:r>
    </w:p>
    <w:sectPr w:rsidR="00273FC5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CF804" w14:textId="77777777" w:rsidR="004A3643" w:rsidRDefault="004A3643" w:rsidP="004A3643">
      <w:pPr>
        <w:spacing w:after="0" w:line="240" w:lineRule="auto"/>
      </w:pPr>
      <w:r>
        <w:separator/>
      </w:r>
    </w:p>
  </w:endnote>
  <w:endnote w:type="continuationSeparator" w:id="0">
    <w:p w14:paraId="74F5D00B" w14:textId="77777777" w:rsidR="004A3643" w:rsidRDefault="004A3643" w:rsidP="004A3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FC705" w14:textId="77777777" w:rsidR="004A3643" w:rsidRDefault="004A3643" w:rsidP="004A3643">
      <w:pPr>
        <w:spacing w:after="0" w:line="240" w:lineRule="auto"/>
      </w:pPr>
      <w:r>
        <w:separator/>
      </w:r>
    </w:p>
  </w:footnote>
  <w:footnote w:type="continuationSeparator" w:id="0">
    <w:p w14:paraId="6B4ED763" w14:textId="77777777" w:rsidR="004A3643" w:rsidRDefault="004A3643" w:rsidP="004A3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D3836" w14:textId="24E9FEE1" w:rsidR="004A3643" w:rsidRDefault="004A3643" w:rsidP="004A3643">
    <w:pPr>
      <w:pStyle w:val="Header"/>
      <w:jc w:val="center"/>
    </w:pPr>
    <w:r>
      <w:rPr>
        <w:noProof/>
      </w:rPr>
      <w:drawing>
        <wp:inline distT="0" distB="0" distL="0" distR="0" wp14:anchorId="3FE3D4CE" wp14:editId="2BDFD0E1">
          <wp:extent cx="2425700" cy="829623"/>
          <wp:effectExtent l="0" t="0" r="0" b="8890"/>
          <wp:docPr id="18632204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220461" name="Picture 18632204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5700" cy="8296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80765637">
    <w:abstractNumId w:val="8"/>
  </w:num>
  <w:num w:numId="2" w16cid:durableId="1294091760">
    <w:abstractNumId w:val="6"/>
  </w:num>
  <w:num w:numId="3" w16cid:durableId="94596026">
    <w:abstractNumId w:val="5"/>
  </w:num>
  <w:num w:numId="4" w16cid:durableId="1153063104">
    <w:abstractNumId w:val="4"/>
  </w:num>
  <w:num w:numId="5" w16cid:durableId="1197308302">
    <w:abstractNumId w:val="7"/>
  </w:num>
  <w:num w:numId="6" w16cid:durableId="755597174">
    <w:abstractNumId w:val="3"/>
  </w:num>
  <w:num w:numId="7" w16cid:durableId="79913242">
    <w:abstractNumId w:val="2"/>
  </w:num>
  <w:num w:numId="8" w16cid:durableId="455294235">
    <w:abstractNumId w:val="1"/>
  </w:num>
  <w:num w:numId="9" w16cid:durableId="270669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73FC5"/>
    <w:rsid w:val="0029639D"/>
    <w:rsid w:val="00326F90"/>
    <w:rsid w:val="004A3643"/>
    <w:rsid w:val="009E15AC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345288"/>
  <w14:defaultImageDpi w14:val="300"/>
  <w15:docId w15:val="{71F7FC4F-4C56-4FC0-A2A7-02B118B4C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486</Words>
  <Characters>4303</Characters>
  <Application>Microsoft Office Word</Application>
  <DocSecurity>0</DocSecurity>
  <Lines>138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Randy Hardman</cp:lastModifiedBy>
  <cp:revision>2</cp:revision>
  <dcterms:created xsi:type="dcterms:W3CDTF">2026-02-26T00:17:00Z</dcterms:created>
  <dcterms:modified xsi:type="dcterms:W3CDTF">2026-02-26T00:17:00Z</dcterms:modified>
  <cp:category/>
</cp:coreProperties>
</file>